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sz w:val="40"/>
        </w:rPr>
        <w:t>Mark LaCore</w:t>
      </w:r>
    </w:p>
    <w:p>
      <w:pPr>
        <w:spacing w:after="120"/>
        <w:jc w:val="center"/>
      </w:pPr>
      <w:r>
        <w:rPr>
          <w:b/>
          <w:i w:val="0"/>
          <w:sz w:val="26"/>
        </w:rPr>
        <w:t>Security Engineer</w:t>
      </w:r>
    </w:p>
    <w:p>
      <w:pPr>
        <w:spacing w:after="0"/>
        <w:jc w:val="center"/>
      </w:pPr>
      <w:r>
        <w:rPr>
          <w:b w:val="0"/>
          <w:i w:val="0"/>
          <w:sz w:val="22"/>
        </w:rPr>
        <w:t>San Jose, CA | 408-674-8588 | mark@nerdymark.com</w:t>
      </w:r>
    </w:p>
    <w:p>
      <w:pPr>
        <w:spacing w:after="0"/>
        <w:jc w:val="center"/>
      </w:pPr>
      <w:r>
        <w:rPr>
          <w:b w:val="0"/>
          <w:i w:val="0"/>
          <w:sz w:val="22"/>
        </w:rPr>
        <w:t>LinkedIn: linkedin.com/in/marklacore | GitHub: github.com/nerdymark | Web: nerdymark.com</w:t>
      </w:r>
    </w:p>
    <w:p>
      <w:pPr>
        <w:spacing w:after="200"/>
        <w:jc w:val="center"/>
      </w:pPr>
      <w:r>
        <w:rPr>
          <w:b w:val="0"/>
          <w:i/>
          <w:sz w:val="19"/>
        </w:rPr>
        <w:t>Note: For security reasons I do not answer calls from unknown numbers. Please leave a detailed voicemail and I will return your call.</w:t>
      </w:r>
    </w:p>
    <w:p>
      <w:pPr>
        <w:spacing w:after="120"/>
      </w:pPr>
      <w:r>
        <w:rPr>
          <w:b/>
          <w:i w:val="0"/>
          <w:sz w:val="26"/>
        </w:rPr>
        <w:t>PROFESSIONAL SUMMARY</w:t>
      </w:r>
    </w:p>
    <w:p>
      <w:pPr>
        <w:spacing w:after="200"/>
      </w:pPr>
      <w:r>
        <w:rPr>
          <w:b w:val="0"/>
          <w:i w:val="0"/>
          <w:sz w:val="22"/>
        </w:rPr>
        <w:t>Security Engineer with 25+ years of experience in enterprise IT, cloud security, and security automation. CISSP certified. At Apple, I build the security tooling, PKI-backed code-signing services (Authenticode, HSM), and automation that keep internal Windows platforms locked down and self-running. Offensive cloud security practitioner: completed all 12 challenges of the Wiz Cloud Security Championship, covering container escapes, Kubernetes privilege escalation, AWS exploitation, supply-chain attacks, reverse engineering, and applied cryptography. Fluent in AI-assisted development (Claude Code, Roo Code, Playwright MCP) and used to shipping complete systems solo. Open to hybrid roles based in San Francisco, provided corporate housing or a generous stipend is part of the package. Not interested in fully remote or contract work.</w:t>
      </w:r>
    </w:p>
    <w:p>
      <w:pPr>
        <w:spacing w:after="120"/>
      </w:pPr>
      <w:r>
        <w:rPr>
          <w:b/>
          <w:i w:val="0"/>
          <w:sz w:val="26"/>
        </w:rPr>
        <w:t>SKILLS</w:t>
      </w:r>
    </w:p>
    <w:p>
      <w:pPr>
        <w:pStyle w:val="ListBullet"/>
        <w:spacing w:after="60"/>
      </w:pPr>
      <w:r>
        <w:t>Security: CISSP; offensive security and red teaming; cloud security (AWS, Azure, Kubernetes); penetration testing (Metasploit, Nmap, Wireshark, Burp Suite); code signing, PKI, HSM, Authenticode</w:t>
      </w:r>
    </w:p>
    <w:p>
      <w:pPr>
        <w:pStyle w:val="ListBullet"/>
        <w:spacing w:after="60"/>
      </w:pPr>
      <w:r>
        <w:t>Cloud and Infrastructure: AWS (DynamoDB, EC2, S3, Elastic Beanstalk), Azure, GCP, Docker, Kubernetes, VMware, Hyper-V, KVM, SCCM</w:t>
      </w:r>
    </w:p>
    <w:p>
      <w:pPr>
        <w:pStyle w:val="ListBullet"/>
        <w:spacing w:after="60"/>
      </w:pPr>
      <w:r>
        <w:t>Programming and Automation: Python (Flask, OpenCV, hardware control), PowerShell, JavaScript (ES6), C++, MicroPython, CircuitPython, ServiceNow</w:t>
      </w:r>
    </w:p>
    <w:p>
      <w:pPr>
        <w:pStyle w:val="ListBullet"/>
        <w:spacing w:after="60"/>
      </w:pPr>
      <w:r>
        <w:t>AI-Assisted Development: Claude Code, Roo Code, Playwright MCP, LLM integration, computer vision (OpenCV)</w:t>
      </w:r>
    </w:p>
    <w:p>
      <w:pPr>
        <w:pStyle w:val="ListBullet"/>
        <w:spacing w:after="60"/>
      </w:pPr>
      <w:r>
        <w:t>Hardware and Systems: End-to-end robotics, LED-matrix and embedded systems, 3D design and printing, FPV drones</w:t>
      </w:r>
    </w:p>
    <w:p>
      <w:pPr>
        <w:spacing w:after="120"/>
      </w:pPr>
      <w:r>
        <w:rPr>
          <w:b/>
          <w:i w:val="0"/>
          <w:sz w:val="26"/>
        </w:rPr>
        <w:t>WORK EXPERIENCE</w:t>
      </w:r>
    </w:p>
    <w:p>
      <w:pPr>
        <w:spacing w:after="0"/>
      </w:pPr>
      <w:r>
        <w:rPr>
          <w:b/>
          <w:i w:val="0"/>
          <w:sz w:val="22"/>
        </w:rPr>
        <w:t>Senior Software Engineer | Apple</w:t>
      </w:r>
    </w:p>
    <w:p>
      <w:pPr>
        <w:spacing w:after="60"/>
      </w:pPr>
      <w:r>
        <w:rPr>
          <w:b w:val="0"/>
          <w:i w:val="0"/>
          <w:sz w:val="22"/>
        </w:rPr>
        <w:t>Cupertino, CA | 2017 - Present</w:t>
      </w:r>
    </w:p>
    <w:p>
      <w:pPr>
        <w:pStyle w:val="ListBullet"/>
        <w:spacing w:after="60"/>
      </w:pPr>
      <w:r>
        <w:t>Build and operate security automation - tooling, microservices, Active Directory, and SCCM environments - handling onboarding and lifecycle management for managed and general-population Windows fleets, replacing manual provisioning with self-service pipelines.</w:t>
      </w:r>
    </w:p>
    <w:p>
      <w:pPr>
        <w:pStyle w:val="ListBullet"/>
        <w:spacing w:after="60"/>
      </w:pPr>
      <w:r>
        <w:t>Operate a PKI-backed code-signing service for PE binaries and MSI files (Authenticode, HSM-backed keys).</w:t>
      </w:r>
    </w:p>
    <w:p>
      <w:pPr>
        <w:pStyle w:val="ListBullet"/>
        <w:spacing w:after="60"/>
      </w:pPr>
      <w:r>
        <w:t>Enforce minimum security baselines fleet-wide with PowerShell telemetry.</w:t>
      </w:r>
    </w:p>
    <w:p>
      <w:pPr>
        <w:pStyle w:val="ListBullet"/>
        <w:spacing w:after="60"/>
      </w:pPr>
      <w:r>
        <w:t>Automate ticket and work-order handling with Python and ServiceNow integrations, removing manual queue work from the team.</w:t>
      </w:r>
    </w:p>
    <w:p>
      <w:pPr>
        <w:pStyle w:val="ListBullet"/>
        <w:spacing w:after="60"/>
      </w:pPr>
      <w:r>
        <w:t>Apply red-team methodology to find and close vulnerabilities before release; use AI-assisted development to accelerate security audits and harden legacy code.</w:t>
      </w:r>
    </w:p>
    <w:p>
      <w:pPr>
        <w:spacing w:after="0"/>
      </w:pPr>
      <w:r>
        <w:rPr>
          <w:b/>
          <w:i w:val="0"/>
          <w:sz w:val="22"/>
        </w:rPr>
        <w:t>Senior Systems Administrator | Theranos</w:t>
      </w:r>
    </w:p>
    <w:p>
      <w:pPr>
        <w:spacing w:after="60"/>
      </w:pPr>
      <w:r>
        <w:rPr>
          <w:b w:val="0"/>
          <w:i w:val="0"/>
          <w:sz w:val="22"/>
        </w:rPr>
        <w:t>Palo Alto, CA | 2012 - 2016</w:t>
      </w:r>
    </w:p>
    <w:p>
      <w:pPr>
        <w:pStyle w:val="ListBullet"/>
        <w:spacing w:after="60"/>
      </w:pPr>
      <w:r>
        <w:t>Managed Configuration Manager (SCCM) for patch management and compliance enforcement org-wide.</w:t>
      </w:r>
    </w:p>
    <w:p>
      <w:pPr>
        <w:pStyle w:val="ListBullet"/>
        <w:spacing w:after="60"/>
      </w:pPr>
      <w:r>
        <w:t>Built zero-touch provisioning task sequences.</w:t>
      </w:r>
    </w:p>
    <w:p>
      <w:pPr>
        <w:pStyle w:val="ListBullet"/>
        <w:spacing w:after="60"/>
      </w:pPr>
      <w:r>
        <w:t>Automated onboarding and termination workflows with System Center Orchestrator.</w:t>
      </w:r>
    </w:p>
    <w:p>
      <w:pPr>
        <w:spacing w:after="0"/>
      </w:pPr>
      <w:r>
        <w:rPr>
          <w:b/>
          <w:i w:val="0"/>
          <w:sz w:val="22"/>
        </w:rPr>
        <w:t>Systems Engineer | ZAG Technical Services</w:t>
      </w:r>
    </w:p>
    <w:p>
      <w:pPr>
        <w:spacing w:after="60"/>
      </w:pPr>
      <w:r>
        <w:rPr>
          <w:b w:val="0"/>
          <w:i w:val="0"/>
          <w:sz w:val="22"/>
        </w:rPr>
        <w:t>San Jose, CA | 2007 - 2012</w:t>
      </w:r>
    </w:p>
    <w:p>
      <w:pPr>
        <w:pStyle w:val="ListBullet"/>
        <w:spacing w:after="60"/>
      </w:pPr>
      <w:r>
        <w:t>Supported Windows client/server environments - SCCM, Exchange, Linux, Active Directory, Citrix - for managed-services clients.</w:t>
      </w:r>
    </w:p>
    <w:p>
      <w:pPr>
        <w:pStyle w:val="ListBullet"/>
        <w:spacing w:after="60"/>
      </w:pPr>
      <w:r>
        <w:t>Built and maintained custom internal tooling.</w:t>
      </w:r>
    </w:p>
    <w:p>
      <w:pPr>
        <w:spacing w:after="0"/>
      </w:pPr>
      <w:r>
        <w:rPr>
          <w:b/>
          <w:i w:val="0"/>
          <w:sz w:val="22"/>
        </w:rPr>
        <w:t>Senior Systems Administrator | Edge Group</w:t>
      </w:r>
    </w:p>
    <w:p>
      <w:pPr>
        <w:spacing w:after="60"/>
      </w:pPr>
      <w:r>
        <w:rPr>
          <w:b w:val="0"/>
          <w:i w:val="0"/>
          <w:sz w:val="22"/>
        </w:rPr>
        <w:t>Las Vegas, NV | 2005 - 2007</w:t>
      </w:r>
    </w:p>
    <w:p>
      <w:pPr>
        <w:pStyle w:val="ListBullet"/>
        <w:spacing w:after="60"/>
      </w:pPr>
      <w:r>
        <w:t>Designed the entire network infrastructure (Active Directory, Exchange, BlackBerry) and provided comprehensive IT support for all users.</w:t>
      </w:r>
    </w:p>
    <w:p>
      <w:pPr>
        <w:spacing w:after="0"/>
      </w:pPr>
      <w:r>
        <w:rPr>
          <w:b/>
          <w:i w:val="0"/>
          <w:sz w:val="22"/>
        </w:rPr>
        <w:t>Windows and Helpdesk Administrator | Brocade Communications Systems</w:t>
      </w:r>
    </w:p>
    <w:p>
      <w:pPr>
        <w:spacing w:after="60"/>
      </w:pPr>
      <w:r>
        <w:rPr>
          <w:b w:val="0"/>
          <w:i w:val="0"/>
          <w:sz w:val="22"/>
        </w:rPr>
        <w:t>San Jose, CA | 2002 - 2005</w:t>
      </w:r>
    </w:p>
    <w:p>
      <w:pPr>
        <w:pStyle w:val="ListBullet"/>
        <w:spacing w:after="60"/>
      </w:pPr>
      <w:r>
        <w:t>Provided IT support across the organization and administered McAfee ePolicy Orchestrator for endpoint security management.</w:t>
      </w:r>
    </w:p>
    <w:p>
      <w:pPr>
        <w:pStyle w:val="ListBullet"/>
        <w:spacing w:after="60"/>
      </w:pPr>
      <w:r>
        <w:t>Performed server rack-and-stack for IT infrastructure and user systems.</w:t>
      </w:r>
    </w:p>
    <w:p>
      <w:pPr>
        <w:spacing w:after="0"/>
      </w:pPr>
      <w:r>
        <w:rPr>
          <w:b/>
          <w:i w:val="0"/>
          <w:sz w:val="22"/>
        </w:rPr>
        <w:t>Desktop Support Technician | Yahoo!</w:t>
      </w:r>
    </w:p>
    <w:p>
      <w:pPr>
        <w:spacing w:after="60"/>
      </w:pPr>
      <w:r>
        <w:rPr>
          <w:b w:val="0"/>
          <w:i w:val="0"/>
          <w:sz w:val="22"/>
        </w:rPr>
        <w:t>Sunnyvale, CA | 2000 - 2001</w:t>
      </w:r>
    </w:p>
    <w:p>
      <w:pPr>
        <w:pStyle w:val="ListBullet"/>
        <w:spacing w:after="60"/>
      </w:pPr>
      <w:r>
        <w:t>Provided second-tier desktop support to local users and assisted in the org-wide deployment of Windows 2000.</w:t>
      </w:r>
    </w:p>
    <w:p>
      <w:pPr>
        <w:spacing w:after="120"/>
      </w:pPr>
      <w:r>
        <w:rPr>
          <w:b/>
          <w:i w:val="0"/>
          <w:sz w:val="26"/>
        </w:rPr>
        <w:t>PROJECTS</w:t>
      </w:r>
    </w:p>
    <w:p>
      <w:pPr>
        <w:pStyle w:val="ListBullet"/>
        <w:spacing w:after="60"/>
      </w:pPr>
      <w:r>
        <w:t>Wiz Cloud Security Championship - completed all 12 challenges (offensive cloud security: cross-account S3 exploitation, SSRF and pre-signed-URL abuse, container escapes, Kubernetes privilege escalation via CVE-2020-8562, Terraform state-file poisoning, supply-chain attacks, malware reverse engineering, CBC bit-flipping, AES-GCM nonce reuse, ret2win). Full writeups: nerdymark.com/category/ctf</w:t>
      </w:r>
    </w:p>
    <w:p>
      <w:pPr>
        <w:pStyle w:val="ListBullet"/>
        <w:spacing w:after="60"/>
      </w:pPr>
      <w:r>
        <w:t>nerdymark.com - personal site and blog: Python/Flask on AWS Elastic Beanstalk with DynamoDB, CloudFront, Route 53; features include AI chat integrations, web push notifications, and public APIs.</w:t>
      </w:r>
    </w:p>
    <w:p>
      <w:pPr>
        <w:pStyle w:val="ListBullet"/>
        <w:spacing w:after="60"/>
      </w:pPr>
      <w:r>
        <w:t>Nerdbot - personal AI robot: Python, Flask, OpenCV computer vision, and hardware control on a 6-wheeled mecanum platform (private repository, access on request).</w:t>
      </w:r>
    </w:p>
    <w:p>
      <w:pPr>
        <w:spacing w:after="120"/>
      </w:pPr>
      <w:r>
        <w:rPr>
          <w:b/>
          <w:i w:val="0"/>
          <w:sz w:val="26"/>
        </w:rPr>
        <w:t>CERTIFICATIONS</w:t>
      </w:r>
    </w:p>
    <w:p>
      <w:pPr>
        <w:pStyle w:val="ListBullet"/>
        <w:spacing w:after="60"/>
      </w:pPr>
      <w:r>
        <w:t>CISSP - ISC2 Certified Information Systems Security Professional (verify: credly.com/badges/aa00726c-50da-4394-ac06-2c622861024c)</w:t>
      </w:r>
    </w:p>
    <w:p>
      <w:pPr>
        <w:pStyle w:val="ListBullet"/>
        <w:spacing w:after="60"/>
      </w:pPr>
      <w:r>
        <w:t>CC - ISC2 Certified in Cybersecurity</w:t>
      </w:r>
    </w:p>
    <w:p>
      <w:pPr>
        <w:pStyle w:val="ListBullet"/>
        <w:spacing w:after="60"/>
      </w:pPr>
      <w:r>
        <w:t>MCSE - Microsoft Certified Systems Engineer</w:t>
      </w:r>
    </w:p>
    <w:p>
      <w:pPr>
        <w:pStyle w:val="ListBullet"/>
        <w:spacing w:after="60"/>
      </w:pPr>
      <w:r>
        <w:t>MCSA - Microsoft Certified Solutions Associate</w:t>
      </w:r>
    </w:p>
    <w:p>
      <w:pPr>
        <w:pStyle w:val="ListBullet"/>
        <w:spacing w:after="60"/>
      </w:pPr>
      <w:r>
        <w:t>MCITP - Microsoft Certified IT Professional</w:t>
      </w:r>
    </w:p>
    <w:p>
      <w:pPr>
        <w:pStyle w:val="ListBullet"/>
        <w:spacing w:after="60"/>
      </w:pPr>
      <w:r>
        <w:t>RHCSA - RedHat Certified Systems Administrator</w:t>
      </w:r>
    </w:p>
    <w:p>
      <w:pPr>
        <w:pStyle w:val="ListBullet"/>
        <w:spacing w:after="60"/>
      </w:pPr>
      <w:r>
        <w:t>RHCT - RedHat Certified Systems Technician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